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rFonts w:ascii="Arial" w:hAnsi="Arial"/>
          <w:b/>
          <w:i w:val="0"/>
          <w:color w:val="24458F"/>
          <w:sz w:val="28"/>
        </w:rPr>
        <w:t>ALLEGATO A</w:t>
      </w:r>
    </w:p>
    <w:p>
      <w:pPr>
        <w:spacing w:before="0" w:after="120" w:line="240" w:lineRule="auto"/>
        <w:jc w:val="center"/>
      </w:pPr>
      <w:r>
        <w:rPr>
          <w:rFonts w:ascii="Arial" w:hAnsi="Arial"/>
          <w:b/>
          <w:i w:val="0"/>
          <w:color w:val="1F2937"/>
          <w:sz w:val="19"/>
        </w:rPr>
        <w:t>Domanda di partecipazione e dichiarazione sostitutiva - Deliverable 5.3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Il/La sottoscritto/a ______________________________________________________________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nato/a a ______________________________________________ il _________________________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C.F. ______________________________________, in qualità di legale rappresentante di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Denominazione operatore __________________________________________________________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Sede legale ______________________________________________________________________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P. IVA/C.F. ______________________________ PEC ___________________________________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Telefono _________________________________ e-mail _________________________________</w:t>
      </w:r>
    </w:p>
    <w:p>
      <w:pPr>
        <w:keepNext/>
        <w:spacing w:before="60" w:after="20" w:line="240" w:lineRule="auto"/>
      </w:pPr>
      <w:r>
        <w:rPr>
          <w:rFonts w:ascii="Arial" w:hAnsi="Arial"/>
          <w:b/>
          <w:i w:val="0"/>
          <w:color w:val="24458F"/>
          <w:sz w:val="21"/>
        </w:rPr>
        <w:t>CHIEDE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di partecipare alla procedura pubblica di selezione di un operatore economico per i servizi di supporto, organizzazione e docenza relativi al Deliverable 5.3 del progetto SMART-HUBs - MIS Code 6006369 - CUP I19G24001050006.</w:t>
      </w:r>
    </w:p>
    <w:p>
      <w:pPr>
        <w:keepNext/>
        <w:spacing w:before="60" w:after="20" w:line="240" w:lineRule="auto"/>
      </w:pPr>
      <w:r>
        <w:rPr>
          <w:rFonts w:ascii="Arial" w:hAnsi="Arial"/>
          <w:b/>
          <w:i w:val="0"/>
          <w:color w:val="24458F"/>
          <w:sz w:val="21"/>
        </w:rPr>
        <w:t>DICHIARA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consapevole delle responsabilità previste in caso di dichiarazioni non veritiere, che l’operatore: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è regolarmente iscritto alla C.C.I.A.A. per attività coerenti con l’oggetto del servizio;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è in regola con gli obblighi fiscali e contributivi e dispone di regolarità contributiva verificabile;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è accreditato per la formazione professionale e continua presso __________________________________________, con provvedimento/riferimento n. _______________________________;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non si trova in condizioni di incompatibilità o conflitto di interesse rispetto a Materahub, ai suoi amministratori o al progetto SMART-HUBs;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possiede esperienza nella gestione ed erogazione di progetti formativi complessi, come risultante dal CV/Profilo aziendale allegato;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possiede adeguata capacità organizzativa e logistica per la realizzazione delle attività previste;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dispone o è in grado di assicurare risorse professionali e docenti con competenze coerenti con i tre percorsi formativi previsti;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dispone di competenze adeguate nell’utilizzo di strumenti digitali e piattaforme e-learning/LMS;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garantisce adeguata conoscenza della lingua inglese da parte delle risorse coinvolte nelle attività che la richiedono;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accetta integralmente le condizioni dell’Avviso pubblico e l’importo predeterminato di € 28.800,00, lordo e omnicomprensivo, IVA inclusa se dovuta;</w:t>
      </w:r>
    </w:p>
    <w:p>
      <w:pPr>
        <w:spacing w:before="0" w:after="20" w:line="252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si impegna, in caso di selezione, a fornire la documentazione necessaria alla verifica dei requisiti dichiarati e alla rendicontazione del progetto.</w:t>
      </w:r>
    </w:p>
    <w:p>
      <w:pPr>
        <w:keepNext/>
        <w:spacing w:before="60" w:after="20" w:line="240" w:lineRule="auto"/>
      </w:pPr>
      <w:r>
        <w:rPr>
          <w:rFonts w:ascii="Arial" w:hAnsi="Arial"/>
          <w:b/>
          <w:i w:val="0"/>
          <w:color w:val="24458F"/>
          <w:sz w:val="21"/>
        </w:rPr>
        <w:t>DOCUMENTI ALLEGATI</w:t>
      </w:r>
    </w:p>
    <w:p>
      <w:pPr>
        <w:spacing w:before="0" w:after="20" w:line="259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CV/Profilo aziendale aggiornato, dettagliato, datato e sottoscritto;</w:t>
      </w:r>
    </w:p>
    <w:p>
      <w:pPr>
        <w:spacing w:before="0" w:after="20" w:line="259" w:lineRule="auto"/>
        <w:ind w:left="255" w:hanging="198"/>
      </w:pPr>
      <w:r>
        <w:rPr>
          <w:rFonts w:ascii="Arial" w:hAnsi="Arial"/>
          <w:b/>
          <w:i w:val="0"/>
          <w:color w:val="24458F"/>
          <w:sz w:val="18"/>
        </w:rPr>
        <w:t xml:space="preserve">☐ </w:t>
      </w:r>
      <w:r>
        <w:rPr>
          <w:rFonts w:ascii="Arial" w:hAnsi="Arial"/>
          <w:b w:val="0"/>
          <w:i w:val="0"/>
          <w:color w:val="1F2937"/>
          <w:sz w:val="18"/>
        </w:rPr>
        <w:t>copia del documento di identità del legale rappresentante.</w:t>
      </w:r>
    </w:p>
    <w:p>
      <w:pPr>
        <w:keepNext/>
        <w:spacing w:before="60" w:after="20" w:line="240" w:lineRule="auto"/>
      </w:pPr>
      <w:r>
        <w:rPr>
          <w:rFonts w:ascii="Arial" w:hAnsi="Arial"/>
          <w:b/>
          <w:i w:val="0"/>
          <w:color w:val="24458F"/>
          <w:sz w:val="21"/>
        </w:rPr>
        <w:t>TRATTAMENTO DEI DATI</w:t>
      </w:r>
    </w:p>
    <w:p>
      <w:pPr>
        <w:spacing w:before="0" w:after="60" w:line="259" w:lineRule="auto"/>
      </w:pPr>
      <w:r>
        <w:rPr>
          <w:rFonts w:ascii="Arial" w:hAnsi="Arial"/>
          <w:sz w:val="17"/>
        </w:rPr>
        <w:t>Il sottoscritto dichiara di aver preso visione dell’informativa contenuta nell’Avviso pubblico e prende atto del trattamento dei dati per le finalità della procedura e del progetto SMART-HUBs.</w:t>
      </w:r>
    </w:p>
    <w:p>
      <w:pPr>
        <w:spacing w:before="120" w:after="0" w:line="259" w:lineRule="auto"/>
      </w:pPr>
      <w:r>
        <w:rPr>
          <w:rFonts w:ascii="Arial" w:hAnsi="Arial"/>
          <w:b w:val="0"/>
          <w:i w:val="0"/>
          <w:color w:val="1F2937"/>
          <w:sz w:val="18"/>
        </w:rPr>
        <w:t>Luogo e data ____________________________________</w:t>
      </w:r>
    </w:p>
    <w:p>
      <w:pPr>
        <w:spacing w:before="200" w:after="0" w:line="259" w:lineRule="auto"/>
        <w:jc w:val="right"/>
      </w:pPr>
      <w:r>
        <w:rPr>
          <w:rFonts w:ascii="Arial" w:hAnsi="Arial"/>
          <w:b/>
          <w:i w:val="0"/>
          <w:color w:val="1F2937"/>
          <w:sz w:val="18"/>
        </w:rPr>
        <w:t>Il Legale Rappresentante</w:t>
        <w:br/>
        <w:br/>
        <w:t>________________________________________</w:t>
        <w:br/>
        <w:t>(firma)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1134" w:left="1020" w:header="198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92000" cy="81345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813459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 w:after="0" w:line="240" w:lineRule="auto"/>
      <w:jc w:val="center"/>
    </w:pPr>
    <w:r>
      <w:rPr>
        <w:rFonts w:ascii="Arial" w:hAnsi="Arial"/>
        <w:b w:val="0"/>
        <w:i w:val="0"/>
        <w:color w:val="6B7280"/>
        <w:sz w:val="13"/>
      </w:rPr>
      <w:t>SMART-HUBs - Allegato A - Domanda di partecipazione e dichiarazione sostitutiva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309"/>
      <w:gridCol w:w="5556"/>
    </w:tblGrid>
    <w:tr>
      <w:tc>
        <w:tcPr>
          <w:tcW w:type="dxa" w:w="4932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1296000" cy="66641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66641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32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088000" cy="633246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63324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