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A6B64" w14:textId="77777777" w:rsidR="002D7653" w:rsidRPr="006C796B" w:rsidRDefault="00000000">
      <w:pPr>
        <w:pStyle w:val="Titolo"/>
        <w:jc w:val="center"/>
        <w:rPr>
          <w:lang w:val="it-IT"/>
        </w:rPr>
      </w:pPr>
      <w:r w:rsidRPr="006C796B">
        <w:rPr>
          <w:lang w:val="it-IT"/>
        </w:rPr>
        <w:t>ALLEGATO A</w:t>
      </w:r>
      <w:r w:rsidRPr="006C796B">
        <w:rPr>
          <w:lang w:val="it-IT"/>
        </w:rPr>
        <w:br/>
        <w:t>DOMANDA DI PARTECIPAZIONE E DICHIARAZIONI</w:t>
      </w:r>
    </w:p>
    <w:p w14:paraId="0476B3AC" w14:textId="77777777" w:rsidR="002D7653" w:rsidRPr="006C796B" w:rsidRDefault="00000000">
      <w:pPr>
        <w:jc w:val="center"/>
        <w:rPr>
          <w:lang w:val="it-IT"/>
        </w:rPr>
      </w:pPr>
      <w:r w:rsidRPr="006C796B">
        <w:rPr>
          <w:b/>
          <w:lang w:val="it-IT"/>
        </w:rPr>
        <w:t>Progetto SMART-</w:t>
      </w:r>
      <w:proofErr w:type="spellStart"/>
      <w:r w:rsidRPr="006C796B">
        <w:rPr>
          <w:b/>
          <w:lang w:val="it-IT"/>
        </w:rPr>
        <w:t>HUBs</w:t>
      </w:r>
      <w:proofErr w:type="spellEnd"/>
      <w:r w:rsidRPr="006C796B">
        <w:rPr>
          <w:b/>
          <w:lang w:val="it-IT"/>
        </w:rPr>
        <w:t xml:space="preserve"> – MIS Code 6006369</w:t>
      </w:r>
      <w:r w:rsidRPr="006C796B">
        <w:rPr>
          <w:b/>
          <w:lang w:val="it-IT"/>
        </w:rPr>
        <w:br/>
        <w:t>Programma Interreg VI-A Grecia–Italia 2021–2027</w:t>
      </w:r>
      <w:r w:rsidRPr="006C796B">
        <w:rPr>
          <w:b/>
          <w:lang w:val="it-IT"/>
        </w:rPr>
        <w:br/>
        <w:t>CUP I19G24001050006</w:t>
      </w:r>
    </w:p>
    <w:p w14:paraId="58D786E1" w14:textId="77777777" w:rsidR="002D7653" w:rsidRPr="006C796B" w:rsidRDefault="00000000">
      <w:pPr>
        <w:jc w:val="center"/>
        <w:rPr>
          <w:lang w:val="it-IT"/>
        </w:rPr>
      </w:pPr>
      <w:r w:rsidRPr="006C796B">
        <w:rPr>
          <w:b/>
          <w:lang w:val="it-IT"/>
        </w:rPr>
        <w:t>Call per direzione artistica e curatela del Deliverable 5.2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2D7653" w14:paraId="4671B06C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F5E44D2" w14:textId="77777777" w:rsidR="002D7653" w:rsidRDefault="00000000">
            <w:r>
              <w:rPr>
                <w:b/>
              </w:rPr>
              <w:t xml:space="preserve">Nome e </w:t>
            </w:r>
            <w:proofErr w:type="spellStart"/>
            <w:r>
              <w:rPr>
                <w:b/>
              </w:rPr>
              <w:t>cognome</w:t>
            </w:r>
            <w:proofErr w:type="spellEnd"/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E831963" w14:textId="77777777" w:rsidR="002D7653" w:rsidRDefault="002D7653"/>
        </w:tc>
      </w:tr>
      <w:tr w:rsidR="002D7653" w14:paraId="74DBCC78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28A07B0" w14:textId="77777777" w:rsidR="002D7653" w:rsidRDefault="00000000">
            <w:r>
              <w:rPr>
                <w:b/>
              </w:rPr>
              <w:t>Codice fiscale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455A65B" w14:textId="77777777" w:rsidR="002D7653" w:rsidRDefault="002D7653"/>
        </w:tc>
      </w:tr>
      <w:tr w:rsidR="002D7653" w14:paraId="1DD35639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F400883" w14:textId="77777777" w:rsidR="002D7653" w:rsidRDefault="00000000">
            <w:r>
              <w:rPr>
                <w:b/>
              </w:rPr>
              <w:t>Partita IVA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693593D" w14:textId="77777777" w:rsidR="002D7653" w:rsidRDefault="002D7653"/>
        </w:tc>
      </w:tr>
      <w:tr w:rsidR="002D7653" w14:paraId="7AF75351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F9F931C" w14:textId="77777777" w:rsidR="002D7653" w:rsidRDefault="00000000">
            <w:r>
              <w:rPr>
                <w:b/>
              </w:rPr>
              <w:t>Residenza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7DB812C" w14:textId="77777777" w:rsidR="002D7653" w:rsidRDefault="002D7653"/>
        </w:tc>
      </w:tr>
      <w:tr w:rsidR="002D7653" w14:paraId="146829B5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D443E90" w14:textId="77777777" w:rsidR="002D7653" w:rsidRDefault="00000000">
            <w:r>
              <w:rPr>
                <w:b/>
              </w:rPr>
              <w:t>Domicilio professionale, se diverso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E210922" w14:textId="77777777" w:rsidR="002D7653" w:rsidRDefault="002D7653"/>
        </w:tc>
      </w:tr>
      <w:tr w:rsidR="002D7653" w14:paraId="1F0F3323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B14BBBF" w14:textId="77777777" w:rsidR="002D7653" w:rsidRDefault="00000000">
            <w:r>
              <w:rPr>
                <w:b/>
              </w:rPr>
              <w:t>E-mail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5739B06" w14:textId="77777777" w:rsidR="002D7653" w:rsidRDefault="002D7653"/>
        </w:tc>
      </w:tr>
      <w:tr w:rsidR="002D7653" w14:paraId="0802706F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5298628" w14:textId="77777777" w:rsidR="002D7653" w:rsidRDefault="00000000">
            <w:r>
              <w:rPr>
                <w:b/>
              </w:rPr>
              <w:t>PEC, se disponibile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50C6819" w14:textId="77777777" w:rsidR="002D7653" w:rsidRDefault="002D7653"/>
        </w:tc>
      </w:tr>
      <w:tr w:rsidR="002D7653" w14:paraId="772A5A2E" w14:textId="77777777">
        <w:trPr>
          <w:jc w:val="center"/>
        </w:trPr>
        <w:tc>
          <w:tcPr>
            <w:tcW w:w="4819" w:type="dxa"/>
            <w:shd w:val="clear" w:color="auto" w:fill="E7EBF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0A014A2" w14:textId="77777777" w:rsidR="002D7653" w:rsidRDefault="00000000">
            <w:r>
              <w:rPr>
                <w:b/>
              </w:rPr>
              <w:t>Telefono</w:t>
            </w:r>
          </w:p>
        </w:tc>
        <w:tc>
          <w:tcPr>
            <w:tcW w:w="481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8448189" w14:textId="77777777" w:rsidR="002D7653" w:rsidRDefault="002D7653"/>
        </w:tc>
      </w:tr>
    </w:tbl>
    <w:p w14:paraId="2ED288D4" w14:textId="77777777" w:rsidR="002D7653" w:rsidRDefault="002D7653"/>
    <w:p w14:paraId="5DD7F911" w14:textId="77777777" w:rsidR="002D7653" w:rsidRPr="006C796B" w:rsidRDefault="00000000">
      <w:pPr>
        <w:rPr>
          <w:lang w:val="it-IT"/>
        </w:rPr>
      </w:pPr>
      <w:r w:rsidRPr="006C796B">
        <w:rPr>
          <w:lang w:val="it-IT"/>
        </w:rPr>
        <w:t>Il/La sottoscritto/a chiede di partecipare alla procedura indicata in oggetto e, consapevole delle responsabilità derivanti da dichiarazioni non veritiere, dichiara:</w:t>
      </w:r>
    </w:p>
    <w:p w14:paraId="417AE907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>☐ di possedere i requisiti professionali richiesti dalla call;</w:t>
      </w:r>
    </w:p>
    <w:p w14:paraId="234A81F1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>☐ che le informazioni riportate nel curriculum vitae allegato sono complete, veritiere e verificabili;</w:t>
      </w:r>
    </w:p>
    <w:p w14:paraId="7C67D091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>☐ di possedere o di impegnarsi a possedere partita IVA al momento della stipula del contratto;</w:t>
      </w:r>
    </w:p>
    <w:p w14:paraId="35B93899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>☐ di essere in regola con gli obblighi fiscali, contributivi e previdenziali applicabili;</w:t>
      </w:r>
    </w:p>
    <w:p w14:paraId="1DBD0B0B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 xml:space="preserve">☐ di non trovarsi in condizioni che impediscano di contrarre o collaborare con </w:t>
      </w:r>
      <w:proofErr w:type="spellStart"/>
      <w:r w:rsidRPr="006C796B">
        <w:rPr>
          <w:lang w:val="it-IT"/>
        </w:rPr>
        <w:t>Materahub</w:t>
      </w:r>
      <w:proofErr w:type="spellEnd"/>
      <w:r w:rsidRPr="006C796B">
        <w:rPr>
          <w:lang w:val="it-IT"/>
        </w:rPr>
        <w:t>;</w:t>
      </w:r>
    </w:p>
    <w:p w14:paraId="785D6714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 xml:space="preserve">☐ di non trovarsi in situazioni di conflitto di interesse, anche potenziale, con </w:t>
      </w:r>
      <w:proofErr w:type="spellStart"/>
      <w:r w:rsidRPr="006C796B">
        <w:rPr>
          <w:lang w:val="it-IT"/>
        </w:rPr>
        <w:t>Materahub</w:t>
      </w:r>
      <w:proofErr w:type="spellEnd"/>
      <w:r w:rsidRPr="006C796B">
        <w:rPr>
          <w:lang w:val="it-IT"/>
        </w:rPr>
        <w:t>, con il progetto o con i soggetti coinvolti;</w:t>
      </w:r>
    </w:p>
    <w:p w14:paraId="32487269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>☐ di accettare integralmente l’oggetto, le condizioni e le modalità di esecuzione dell’incarico;</w:t>
      </w:r>
    </w:p>
    <w:p w14:paraId="205A01A2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>☐ di accettare il corrispettivo complessivo e fisso di euro 14.080,00, comprensivo di IVA, eventuale rivalsa previdenziale, spese e ogni altro onere;</w:t>
      </w:r>
    </w:p>
    <w:p w14:paraId="37FD7560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 xml:space="preserve">☐ di autorizzare </w:t>
      </w:r>
      <w:proofErr w:type="spellStart"/>
      <w:r w:rsidRPr="006C796B">
        <w:rPr>
          <w:lang w:val="it-IT"/>
        </w:rPr>
        <w:t>Materahub</w:t>
      </w:r>
      <w:proofErr w:type="spellEnd"/>
      <w:r w:rsidRPr="006C796B">
        <w:rPr>
          <w:lang w:val="it-IT"/>
        </w:rPr>
        <w:t xml:space="preserve"> a effettuare le verifiche necessarie sulle dichiarazioni rese;</w:t>
      </w:r>
    </w:p>
    <w:p w14:paraId="118CAF55" w14:textId="77777777" w:rsidR="002D7653" w:rsidRPr="006C796B" w:rsidRDefault="00000000">
      <w:pPr>
        <w:spacing w:after="40"/>
        <w:ind w:left="142" w:hanging="142"/>
        <w:rPr>
          <w:lang w:val="it-IT"/>
        </w:rPr>
      </w:pPr>
      <w:r w:rsidRPr="006C796B">
        <w:rPr>
          <w:lang w:val="it-IT"/>
        </w:rPr>
        <w:t>☐ di aver preso visione delle informazioni sul trattamento dei dati personali contenute nella pagina della call.</w:t>
      </w:r>
    </w:p>
    <w:p w14:paraId="5D2EFFFB" w14:textId="77777777" w:rsidR="002D7653" w:rsidRPr="006C796B" w:rsidRDefault="00000000">
      <w:pPr>
        <w:pStyle w:val="Titolo1"/>
        <w:rPr>
          <w:lang w:val="it-IT"/>
        </w:rPr>
      </w:pPr>
      <w:r w:rsidRPr="006C796B">
        <w:rPr>
          <w:lang w:val="it-IT"/>
        </w:rPr>
        <w:t>Documenti allegati</w:t>
      </w:r>
    </w:p>
    <w:p w14:paraId="6F1F318C" w14:textId="77777777" w:rsidR="002D7653" w:rsidRPr="006C796B" w:rsidRDefault="00000000">
      <w:pPr>
        <w:rPr>
          <w:lang w:val="it-IT"/>
        </w:rPr>
      </w:pPr>
      <w:r w:rsidRPr="006C796B">
        <w:rPr>
          <w:lang w:val="it-IT"/>
        </w:rPr>
        <w:t>☐ curriculum vitae aggiornato;</w:t>
      </w:r>
    </w:p>
    <w:p w14:paraId="1ABCC13F" w14:textId="77777777" w:rsidR="002D7653" w:rsidRPr="006C796B" w:rsidRDefault="00000000">
      <w:pPr>
        <w:rPr>
          <w:lang w:val="it-IT"/>
        </w:rPr>
      </w:pPr>
      <w:r w:rsidRPr="006C796B">
        <w:rPr>
          <w:lang w:val="it-IT"/>
        </w:rPr>
        <w:t>☐ copia del documento di identità, esclusivamente in caso di firma autografa della presente domanda.</w:t>
      </w:r>
    </w:p>
    <w:p w14:paraId="564E4B41" w14:textId="3AEAEC8C" w:rsidR="002D7653" w:rsidRPr="006C796B" w:rsidRDefault="00000000">
      <w:pPr>
        <w:rPr>
          <w:lang w:val="it-IT"/>
        </w:rPr>
      </w:pPr>
      <w:r w:rsidRPr="006C796B">
        <w:rPr>
          <w:lang w:val="it-IT"/>
        </w:rPr>
        <w:t>La domanda deve essere trasmessa entro le ore 1</w:t>
      </w:r>
      <w:r w:rsidR="006C796B" w:rsidRPr="006C796B">
        <w:rPr>
          <w:lang w:val="it-IT"/>
        </w:rPr>
        <w:t>2</w:t>
      </w:r>
      <w:r w:rsidRPr="006C796B">
        <w:rPr>
          <w:lang w:val="it-IT"/>
        </w:rPr>
        <w:t xml:space="preserve">:00 del </w:t>
      </w:r>
      <w:r w:rsidR="006C796B">
        <w:rPr>
          <w:lang w:val="it-IT"/>
        </w:rPr>
        <w:t xml:space="preserve">7 maggio 2026 </w:t>
      </w:r>
      <w:r w:rsidRPr="006C796B">
        <w:rPr>
          <w:lang w:val="it-IT"/>
        </w:rPr>
        <w:t xml:space="preserve"> all’indirizzo vitalbabruno@materahub.com, indicando nell’oggetto: “Candidatura SMART-</w:t>
      </w:r>
      <w:proofErr w:type="spellStart"/>
      <w:r w:rsidRPr="006C796B">
        <w:rPr>
          <w:lang w:val="it-IT"/>
        </w:rPr>
        <w:t>HUBs</w:t>
      </w:r>
      <w:proofErr w:type="spellEnd"/>
      <w:r w:rsidRPr="006C796B">
        <w:rPr>
          <w:lang w:val="it-IT"/>
        </w:rPr>
        <w:t xml:space="preserve"> – Deliverable 5.2 – direzione artistica e curatela”.</w:t>
      </w:r>
    </w:p>
    <w:p w14:paraId="14A9CD64" w14:textId="77777777" w:rsidR="002D7653" w:rsidRDefault="00000000">
      <w:proofErr w:type="spellStart"/>
      <w:r>
        <w:t>Luogo</w:t>
      </w:r>
      <w:proofErr w:type="spellEnd"/>
      <w:r>
        <w:t xml:space="preserve"> e data: __________________________________________</w:t>
      </w:r>
    </w:p>
    <w:p w14:paraId="51392176" w14:textId="77777777" w:rsidR="002D7653" w:rsidRDefault="00000000">
      <w:pPr>
        <w:jc w:val="right"/>
      </w:pPr>
      <w:r>
        <w:lastRenderedPageBreak/>
        <w:t>Firma</w:t>
      </w:r>
      <w:r>
        <w:br/>
      </w:r>
      <w:r>
        <w:br/>
        <w:t>________________________________________</w:t>
      </w:r>
    </w:p>
    <w:sectPr w:rsidR="002D7653" w:rsidSect="00034616">
      <w:headerReference w:type="default" r:id="rId8"/>
      <w:footerReference w:type="default" r:id="rId9"/>
      <w:pgSz w:w="11906" w:h="16838"/>
      <w:pgMar w:top="1701" w:right="1134" w:bottom="1531" w:left="1134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76D2F" w14:textId="77777777" w:rsidR="002737FB" w:rsidRDefault="002737FB">
      <w:pPr>
        <w:spacing w:after="0" w:line="240" w:lineRule="auto"/>
      </w:pPr>
      <w:r>
        <w:separator/>
      </w:r>
    </w:p>
  </w:endnote>
  <w:endnote w:type="continuationSeparator" w:id="0">
    <w:p w14:paraId="65751BF9" w14:textId="77777777" w:rsidR="002737FB" w:rsidRDefault="0027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4C4A" w14:textId="77777777" w:rsidR="002D7653" w:rsidRDefault="00000000">
    <w:pPr>
      <w:pStyle w:val="Pidipagina"/>
      <w:jc w:val="center"/>
    </w:pPr>
    <w:r>
      <w:rPr>
        <w:noProof/>
      </w:rPr>
      <w:drawing>
        <wp:inline distT="0" distB="0" distL="0" distR="0" wp14:anchorId="129A0EE9" wp14:editId="3B3AAC54">
          <wp:extent cx="6263999" cy="823081"/>
          <wp:effectExtent l="0" t="0" r="0" b="0"/>
          <wp:docPr id="295705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3999" cy="823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FF397" w14:textId="77777777" w:rsidR="002737FB" w:rsidRDefault="002737FB">
      <w:pPr>
        <w:spacing w:after="0" w:line="240" w:lineRule="auto"/>
      </w:pPr>
      <w:r>
        <w:separator/>
      </w:r>
    </w:p>
  </w:footnote>
  <w:footnote w:type="continuationSeparator" w:id="0">
    <w:p w14:paraId="4971DFBC" w14:textId="77777777" w:rsidR="002737FB" w:rsidRDefault="00273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7EBA" w14:textId="77777777" w:rsidR="002D7653" w:rsidRDefault="00000000">
    <w:pPr>
      <w:pStyle w:val="Intestazione"/>
      <w:jc w:val="center"/>
    </w:pPr>
    <w:r>
      <w:rPr>
        <w:noProof/>
      </w:rPr>
      <w:drawing>
        <wp:inline distT="0" distB="0" distL="0" distR="0" wp14:anchorId="15DF0457" wp14:editId="27B62AF0">
          <wp:extent cx="6263999" cy="105536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3999" cy="1055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858169">
    <w:abstractNumId w:val="8"/>
  </w:num>
  <w:num w:numId="2" w16cid:durableId="1396704815">
    <w:abstractNumId w:val="6"/>
  </w:num>
  <w:num w:numId="3" w16cid:durableId="1113014790">
    <w:abstractNumId w:val="5"/>
  </w:num>
  <w:num w:numId="4" w16cid:durableId="1305313014">
    <w:abstractNumId w:val="4"/>
  </w:num>
  <w:num w:numId="5" w16cid:durableId="1109396678">
    <w:abstractNumId w:val="7"/>
  </w:num>
  <w:num w:numId="6" w16cid:durableId="1843812493">
    <w:abstractNumId w:val="3"/>
  </w:num>
  <w:num w:numId="7" w16cid:durableId="263072275">
    <w:abstractNumId w:val="2"/>
  </w:num>
  <w:num w:numId="8" w16cid:durableId="485822773">
    <w:abstractNumId w:val="1"/>
  </w:num>
  <w:num w:numId="9" w16cid:durableId="67091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37FB"/>
    <w:rsid w:val="0029639D"/>
    <w:rsid w:val="002D7653"/>
    <w:rsid w:val="00326F90"/>
    <w:rsid w:val="006C796B"/>
    <w:rsid w:val="00AA1D8D"/>
    <w:rsid w:val="00B47730"/>
    <w:rsid w:val="00CB0664"/>
    <w:rsid w:val="00CD06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CD795"/>
  <w14:defaultImageDpi w14:val="300"/>
  <w15:docId w15:val="{FC743727-8403-4E1E-B68B-6BDC2A00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52" w:lineRule="auto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/>
      <w:b/>
      <w:bCs/>
      <w:color w:val="273F7D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273F7D"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before="140" w:after="80" w:line="240" w:lineRule="auto"/>
      <w:contextualSpacing/>
    </w:pPr>
    <w:rPr>
      <w:rFonts w:asciiTheme="majorHAnsi" w:eastAsiaTheme="majorEastAsia" w:hAnsiTheme="majorHAnsi" w:cstheme="majorBidi"/>
      <w:b/>
      <w:color w:val="273F7D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Carlo Magni</cp:lastModifiedBy>
  <cp:revision>2</cp:revision>
  <dcterms:created xsi:type="dcterms:W3CDTF">2013-12-23T23:15:00Z</dcterms:created>
  <dcterms:modified xsi:type="dcterms:W3CDTF">2026-07-22T09:06:00Z</dcterms:modified>
  <cp:category/>
</cp:coreProperties>
</file>